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19"/>
        <w:gridCol w:w="7969"/>
      </w:tblGrid>
      <w:tr w:rsidR="000F0B67" w14:paraId="52BD0C12" w14:textId="77777777" w:rsidTr="00EB2257">
        <w:trPr>
          <w:jc w:val="center"/>
        </w:trPr>
        <w:tc>
          <w:tcPr>
            <w:tcW w:w="3119" w:type="dxa"/>
            <w:shd w:val="clear" w:color="auto" w:fill="1F2937"/>
          </w:tcPr>
          <w:p w14:paraId="7752B18D" w14:textId="4702C36A" w:rsidR="000F0B67" w:rsidRDefault="00C460FD">
            <w:pPr>
              <w:jc w:val="center"/>
            </w:pPr>
            <w:r>
              <w:rPr>
                <w:b/>
                <w:color w:val="FFFFFF"/>
                <w:sz w:val="40"/>
              </w:rPr>
              <w:t>Name</w:t>
            </w:r>
          </w:p>
          <w:p w14:paraId="3A726ECD" w14:textId="251CA71E" w:rsidR="000F0B67" w:rsidRDefault="000B1AFD">
            <w:r>
              <w:rPr>
                <w:b/>
                <w:color w:val="FFFFFF"/>
                <w:sz w:val="22"/>
              </w:rPr>
              <w:t>Contact</w:t>
            </w:r>
          </w:p>
          <w:p w14:paraId="53117C9F" w14:textId="0E34F96B" w:rsidR="000F0B67" w:rsidRDefault="00EB2257">
            <w:r>
              <w:rPr>
                <w:color w:val="E6E6E6"/>
                <w:sz w:val="20"/>
              </w:rPr>
              <w:t>041</w:t>
            </w:r>
            <w:r w:rsidR="00C460FD">
              <w:rPr>
                <w:color w:val="E6E6E6"/>
                <w:sz w:val="20"/>
              </w:rPr>
              <w:t>1444999</w:t>
            </w:r>
          </w:p>
          <w:p w14:paraId="2A282F1E" w14:textId="14343DE7" w:rsidR="00EB2257" w:rsidRDefault="00497FB3">
            <w:pPr>
              <w:rPr>
                <w:color w:val="E6E6E6"/>
                <w:sz w:val="20"/>
              </w:rPr>
            </w:pPr>
            <w:r>
              <w:rPr>
                <w:sz w:val="20"/>
              </w:rPr>
              <w:t>emailaddress</w:t>
            </w:r>
            <w:r w:rsidR="00EB2257" w:rsidRPr="006E08C3">
              <w:rPr>
                <w:sz w:val="20"/>
              </w:rPr>
              <w:t>@gmail.com</w:t>
            </w:r>
          </w:p>
          <w:p w14:paraId="11031CBF" w14:textId="5552B7B7" w:rsidR="000F0B67" w:rsidRDefault="00497FB3">
            <w:pPr>
              <w:rPr>
                <w:color w:val="E6E6E6"/>
                <w:sz w:val="20"/>
              </w:rPr>
            </w:pPr>
            <w:r>
              <w:rPr>
                <w:color w:val="E6E6E6"/>
                <w:sz w:val="20"/>
              </w:rPr>
              <w:t>Suburb, State.</w:t>
            </w:r>
          </w:p>
          <w:p w14:paraId="72EA7EDD" w14:textId="77777777" w:rsidR="00EB2257" w:rsidRDefault="00EB2257"/>
          <w:p w14:paraId="65EE4ECF" w14:textId="71D7D14A" w:rsidR="00EB2257" w:rsidRDefault="00EB2257">
            <w:pPr>
              <w:rPr>
                <w:b/>
                <w:color w:val="FFFFFF"/>
                <w:sz w:val="22"/>
              </w:rPr>
            </w:pPr>
            <w:r w:rsidRPr="00EB2257">
              <w:rPr>
                <w:b/>
                <w:color w:val="FFFFFF"/>
                <w:sz w:val="22"/>
              </w:rPr>
              <w:t>Core Competencies</w:t>
            </w:r>
          </w:p>
          <w:p w14:paraId="27798A73" w14:textId="54268CA4" w:rsidR="000F0B67" w:rsidRDefault="00000000">
            <w:r>
              <w:rPr>
                <w:color w:val="E6E6E6"/>
                <w:sz w:val="20"/>
              </w:rPr>
              <w:t>• Customer Service</w:t>
            </w:r>
          </w:p>
          <w:p w14:paraId="7CC121A9" w14:textId="77777777" w:rsidR="000F0B67" w:rsidRDefault="00000000">
            <w:r>
              <w:rPr>
                <w:color w:val="E6E6E6"/>
                <w:sz w:val="20"/>
              </w:rPr>
              <w:t>• Teamwork</w:t>
            </w:r>
          </w:p>
          <w:p w14:paraId="18353FF7" w14:textId="77777777" w:rsidR="000F0B67" w:rsidRDefault="00000000">
            <w:r>
              <w:rPr>
                <w:color w:val="E6E6E6"/>
                <w:sz w:val="20"/>
              </w:rPr>
              <w:t>• Computer Skills</w:t>
            </w:r>
          </w:p>
          <w:p w14:paraId="4DE3AC0A" w14:textId="77777777" w:rsidR="000F0B67" w:rsidRDefault="00000000">
            <w:r>
              <w:rPr>
                <w:color w:val="E6E6E6"/>
                <w:sz w:val="20"/>
              </w:rPr>
              <w:t>• Communication</w:t>
            </w:r>
          </w:p>
          <w:p w14:paraId="324BD626" w14:textId="77777777" w:rsidR="000F0B67" w:rsidRDefault="00000000">
            <w:r>
              <w:rPr>
                <w:color w:val="E6E6E6"/>
                <w:sz w:val="20"/>
              </w:rPr>
              <w:t>• Time Management</w:t>
            </w:r>
          </w:p>
          <w:p w14:paraId="22633378" w14:textId="77777777" w:rsidR="000F0B67" w:rsidRDefault="00000000">
            <w:pPr>
              <w:rPr>
                <w:color w:val="E6E6E6"/>
                <w:sz w:val="20"/>
              </w:rPr>
            </w:pPr>
            <w:r>
              <w:rPr>
                <w:color w:val="E6E6E6"/>
                <w:sz w:val="20"/>
              </w:rPr>
              <w:t>• Reliability</w:t>
            </w:r>
          </w:p>
          <w:p w14:paraId="0520BC8D" w14:textId="77777777" w:rsidR="00EB2257" w:rsidRDefault="00EB2257"/>
          <w:p w14:paraId="3268D7CE" w14:textId="0EBC77EF" w:rsidR="000F0B67" w:rsidRDefault="000B1AFD">
            <w:r>
              <w:rPr>
                <w:b/>
                <w:color w:val="FFFFFF"/>
                <w:sz w:val="22"/>
              </w:rPr>
              <w:t>Licenses</w:t>
            </w:r>
          </w:p>
          <w:p w14:paraId="388E90F3" w14:textId="07A613ED" w:rsidR="00AF742D" w:rsidRPr="00AF742D" w:rsidRDefault="00AF742D" w:rsidP="00AF742D">
            <w:pPr>
              <w:pStyle w:val="ListParagraph"/>
              <w:numPr>
                <w:ilvl w:val="0"/>
                <w:numId w:val="13"/>
              </w:numPr>
              <w:rPr>
                <w:color w:val="E6E6E6"/>
                <w:sz w:val="20"/>
              </w:rPr>
            </w:pPr>
            <w:r w:rsidRPr="00AF742D">
              <w:rPr>
                <w:color w:val="E6E6E6"/>
                <w:sz w:val="20"/>
              </w:rPr>
              <w:t xml:space="preserve">Class C Driver </w:t>
            </w:r>
            <w:r w:rsidRPr="00AF742D">
              <w:rPr>
                <w:color w:val="E6E6E6"/>
                <w:sz w:val="20"/>
              </w:rPr>
              <w:t>License</w:t>
            </w:r>
          </w:p>
          <w:p w14:paraId="505B8BF3" w14:textId="77777777" w:rsidR="00AF742D" w:rsidRPr="00AF742D" w:rsidRDefault="00AF742D" w:rsidP="00AF742D">
            <w:pPr>
              <w:pStyle w:val="ListParagraph"/>
              <w:numPr>
                <w:ilvl w:val="0"/>
                <w:numId w:val="13"/>
              </w:numPr>
              <w:rPr>
                <w:color w:val="E6E6E6"/>
                <w:sz w:val="20"/>
              </w:rPr>
            </w:pPr>
            <w:r w:rsidRPr="00AF742D">
              <w:rPr>
                <w:color w:val="E6E6E6"/>
                <w:sz w:val="20"/>
              </w:rPr>
              <w:t>HLTAID011 Provide First Aid</w:t>
            </w:r>
          </w:p>
          <w:p w14:paraId="6314C2AA" w14:textId="77777777" w:rsidR="00AF742D" w:rsidRPr="00AF742D" w:rsidRDefault="00AF742D" w:rsidP="00AF742D">
            <w:pPr>
              <w:pStyle w:val="ListParagraph"/>
              <w:numPr>
                <w:ilvl w:val="0"/>
                <w:numId w:val="13"/>
              </w:numPr>
              <w:rPr>
                <w:color w:val="E6E6E6"/>
                <w:sz w:val="20"/>
              </w:rPr>
            </w:pPr>
            <w:r w:rsidRPr="00AF742D">
              <w:rPr>
                <w:color w:val="E6E6E6"/>
                <w:sz w:val="20"/>
              </w:rPr>
              <w:t>National Police Check (Current)</w:t>
            </w:r>
          </w:p>
          <w:p w14:paraId="711A8AB3" w14:textId="2E7CE859" w:rsidR="00DF6F2C" w:rsidRPr="00AF742D" w:rsidRDefault="00AF742D" w:rsidP="00AF742D">
            <w:pPr>
              <w:pStyle w:val="ListParagraph"/>
              <w:numPr>
                <w:ilvl w:val="0"/>
                <w:numId w:val="13"/>
              </w:numPr>
              <w:rPr>
                <w:b/>
                <w:color w:val="FFFFFF"/>
                <w:sz w:val="22"/>
              </w:rPr>
            </w:pPr>
            <w:r w:rsidRPr="00AF742D">
              <w:rPr>
                <w:color w:val="E6E6E6"/>
                <w:sz w:val="20"/>
              </w:rPr>
              <w:t>Working With Children Check</w:t>
            </w:r>
          </w:p>
          <w:p w14:paraId="1B1F6CD2" w14:textId="2CE53B23" w:rsidR="000F0B67" w:rsidRDefault="000B1AFD">
            <w:r>
              <w:rPr>
                <w:b/>
                <w:color w:val="FFFFFF"/>
                <w:sz w:val="22"/>
              </w:rPr>
              <w:t>Community &amp; Interests</w:t>
            </w:r>
          </w:p>
          <w:p w14:paraId="1F9E75EE" w14:textId="0277504A" w:rsidR="000F0B67" w:rsidRDefault="00000000">
            <w:r>
              <w:rPr>
                <w:color w:val="E6E6E6"/>
                <w:sz w:val="20"/>
              </w:rPr>
              <w:t xml:space="preserve">• </w:t>
            </w:r>
            <w:r w:rsidR="000B1AFD">
              <w:rPr>
                <w:color w:val="E6E6E6"/>
                <w:sz w:val="20"/>
              </w:rPr>
              <w:t>Outdoor recreation and camping</w:t>
            </w:r>
          </w:p>
          <w:p w14:paraId="1D1EE36F" w14:textId="4F026AB1" w:rsidR="000F0B67" w:rsidRDefault="00000000">
            <w:r>
              <w:rPr>
                <w:color w:val="E6E6E6"/>
                <w:sz w:val="20"/>
              </w:rPr>
              <w:t xml:space="preserve">• </w:t>
            </w:r>
            <w:r w:rsidR="000B1AFD">
              <w:rPr>
                <w:color w:val="E6E6E6"/>
                <w:sz w:val="20"/>
              </w:rPr>
              <w:t>Trail bike riding</w:t>
            </w:r>
          </w:p>
          <w:p w14:paraId="7E18EE88" w14:textId="77777777" w:rsidR="000F0B67" w:rsidRDefault="00000000" w:rsidP="000B1AFD">
            <w:pPr>
              <w:rPr>
                <w:color w:val="E6E6E6"/>
                <w:sz w:val="20"/>
              </w:rPr>
            </w:pPr>
            <w:r>
              <w:rPr>
                <w:color w:val="E6E6E6"/>
                <w:sz w:val="20"/>
              </w:rPr>
              <w:t xml:space="preserve">• </w:t>
            </w:r>
            <w:r w:rsidR="000B1AFD">
              <w:rPr>
                <w:color w:val="E6E6E6"/>
                <w:sz w:val="20"/>
              </w:rPr>
              <w:t>Regional events and outdoor lifestyle</w:t>
            </w:r>
          </w:p>
          <w:p w14:paraId="7312A1D9" w14:textId="53116AA5" w:rsidR="000B1AFD" w:rsidRDefault="000B1AFD" w:rsidP="000B1AFD">
            <w:pPr>
              <w:rPr>
                <w:color w:val="E6E6E6"/>
                <w:sz w:val="20"/>
              </w:rPr>
            </w:pPr>
            <w:r>
              <w:rPr>
                <w:color w:val="E6E6E6"/>
                <w:sz w:val="20"/>
              </w:rPr>
              <w:t xml:space="preserve">• </w:t>
            </w:r>
            <w:r w:rsidR="00960863">
              <w:rPr>
                <w:color w:val="E6E6E6"/>
                <w:sz w:val="20"/>
              </w:rPr>
              <w:t>Four-wheel</w:t>
            </w:r>
            <w:r>
              <w:rPr>
                <w:color w:val="E6E6E6"/>
                <w:sz w:val="20"/>
              </w:rPr>
              <w:t xml:space="preserve"> driving and regional travel.</w:t>
            </w:r>
          </w:p>
          <w:p w14:paraId="30316C40" w14:textId="77777777" w:rsidR="000B1AFD" w:rsidRDefault="000B1AFD" w:rsidP="000B1AFD">
            <w:pPr>
              <w:rPr>
                <w:color w:val="E6E6E6"/>
                <w:sz w:val="20"/>
              </w:rPr>
            </w:pPr>
          </w:p>
          <w:p w14:paraId="5B3998C0" w14:textId="392E28EE" w:rsidR="000B1AFD" w:rsidRDefault="000B1AFD" w:rsidP="000B1AFD"/>
        </w:tc>
        <w:tc>
          <w:tcPr>
            <w:tcW w:w="7969" w:type="dxa"/>
          </w:tcPr>
          <w:p w14:paraId="4BA5E274" w14:textId="77777777" w:rsidR="000F0B67" w:rsidRDefault="00000000">
            <w:r>
              <w:rPr>
                <w:b/>
                <w:color w:val="1F2937"/>
                <w:sz w:val="28"/>
              </w:rPr>
              <w:t>Professional Profile</w:t>
            </w:r>
          </w:p>
          <w:p w14:paraId="03DBE0D4" w14:textId="07C8A06F" w:rsidR="009B798C" w:rsidRDefault="009B798C">
            <w:r w:rsidRPr="009B798C">
              <w:t xml:space="preserve">Motivated and reliable </w:t>
            </w:r>
            <w:proofErr w:type="gramStart"/>
            <w:r w:rsidRPr="009B798C">
              <w:t>professional</w:t>
            </w:r>
            <w:proofErr w:type="gramEnd"/>
            <w:r w:rsidRPr="009B798C">
              <w:t xml:space="preserve"> with strong communication, </w:t>
            </w:r>
            <w:proofErr w:type="spellStart"/>
            <w:r w:rsidRPr="009B798C">
              <w:t>organisational</w:t>
            </w:r>
            <w:proofErr w:type="spellEnd"/>
            <w:r w:rsidRPr="009B798C">
              <w:t xml:space="preserve"> and </w:t>
            </w:r>
            <w:proofErr w:type="gramStart"/>
            <w:r w:rsidRPr="009B798C">
              <w:t>problem</w:t>
            </w:r>
            <w:r>
              <w:t xml:space="preserve"> </w:t>
            </w:r>
            <w:r w:rsidRPr="009B798C">
              <w:t>solving</w:t>
            </w:r>
            <w:proofErr w:type="gramEnd"/>
            <w:r w:rsidRPr="009B798C">
              <w:t xml:space="preserve"> skills. Experienced in working both independently and as part of a team, with a proven ability to adapt to changing priorities and deliver high</w:t>
            </w:r>
            <w:r w:rsidR="00801B96">
              <w:t xml:space="preserve"> </w:t>
            </w:r>
            <w:r w:rsidRPr="009B798C">
              <w:t xml:space="preserve">quality outcomes. Committed to providing excellent service, building positive working relationships and contributing to </w:t>
            </w:r>
            <w:proofErr w:type="spellStart"/>
            <w:r w:rsidRPr="009B798C">
              <w:t>organisational</w:t>
            </w:r>
            <w:proofErr w:type="spellEnd"/>
            <w:r w:rsidRPr="009B798C">
              <w:t xml:space="preserve"> success. Seeking opportunities to apply existing skills while continuing to develop professionally and take on new challenges.</w:t>
            </w:r>
          </w:p>
          <w:p w14:paraId="6DC04793" w14:textId="1839FE42" w:rsidR="000F0B67" w:rsidRDefault="00000000">
            <w:r>
              <w:rPr>
                <w:b/>
                <w:color w:val="1F2937"/>
                <w:sz w:val="26"/>
              </w:rPr>
              <w:t>EMPLOYMENT HISTORY</w:t>
            </w:r>
          </w:p>
          <w:p w14:paraId="0486D6F4" w14:textId="1D72AAF4" w:rsidR="000F0B67" w:rsidRDefault="00800373">
            <w:r>
              <w:rPr>
                <w:b/>
                <w:sz w:val="23"/>
              </w:rPr>
              <w:t xml:space="preserve">Job Title </w:t>
            </w:r>
            <w:r w:rsidR="00B835E6">
              <w:rPr>
                <w:b/>
                <w:sz w:val="23"/>
              </w:rPr>
              <w:t>(current job)</w:t>
            </w:r>
            <w:r w:rsidR="00000000">
              <w:br/>
            </w:r>
            <w:r w:rsidR="00A82E4A">
              <w:t>Employer</w:t>
            </w:r>
            <w:r w:rsidR="00000000">
              <w:t xml:space="preserve"> — </w:t>
            </w:r>
            <w:r w:rsidR="00A82E4A">
              <w:t>Suburb</w:t>
            </w:r>
            <w:r w:rsidR="00000000">
              <w:t xml:space="preserve">, </w:t>
            </w:r>
            <w:r w:rsidR="00A82E4A">
              <w:t>State</w:t>
            </w:r>
            <w:r w:rsidR="00000000">
              <w:br/>
            </w:r>
            <w:r w:rsidR="00D73558">
              <w:t>Start Month</w:t>
            </w:r>
            <w:r w:rsidR="00EB2257">
              <w:t xml:space="preserve"> </w:t>
            </w:r>
            <w:r w:rsidR="00D73558">
              <w:t>Year</w:t>
            </w:r>
            <w:r w:rsidR="00000000">
              <w:t xml:space="preserve"> – Present</w:t>
            </w:r>
          </w:p>
          <w:p w14:paraId="43F10E8E" w14:textId="0DD515BE" w:rsidR="000F0B67" w:rsidRDefault="00000000">
            <w:pPr>
              <w:pStyle w:val="ListBullet"/>
            </w:pPr>
            <w:r>
              <w:t xml:space="preserve">Provided customer </w:t>
            </w:r>
            <w:r w:rsidR="00EB2257">
              <w:t>centered service</w:t>
            </w:r>
            <w:r>
              <w:t xml:space="preserve"> in a </w:t>
            </w:r>
            <w:r w:rsidR="00EB2257">
              <w:t>fast-paced</w:t>
            </w:r>
            <w:r>
              <w:t xml:space="preserve"> environment</w:t>
            </w:r>
          </w:p>
          <w:p w14:paraId="11C8351B" w14:textId="77777777" w:rsidR="000F0B67" w:rsidRDefault="00000000">
            <w:pPr>
              <w:pStyle w:val="ListBullet"/>
            </w:pPr>
            <w:r>
              <w:t>Worked collaboratively with team members</w:t>
            </w:r>
          </w:p>
          <w:p w14:paraId="48AA0647" w14:textId="77777777" w:rsidR="000F0B67" w:rsidRDefault="00000000">
            <w:pPr>
              <w:pStyle w:val="ListBullet"/>
            </w:pPr>
            <w:r>
              <w:t>Handled cash and EFTPOS transactions</w:t>
            </w:r>
          </w:p>
          <w:p w14:paraId="3DBFB7D9" w14:textId="77777777" w:rsidR="000F0B67" w:rsidRDefault="00000000">
            <w:pPr>
              <w:pStyle w:val="ListBullet"/>
            </w:pPr>
            <w:r>
              <w:t>Maintained store presentation and stock levels</w:t>
            </w:r>
          </w:p>
          <w:p w14:paraId="07F18651" w14:textId="45C6C47F" w:rsidR="002C14DA" w:rsidRDefault="002C14DA" w:rsidP="002C14DA">
            <w:r>
              <w:rPr>
                <w:b/>
                <w:sz w:val="23"/>
              </w:rPr>
              <w:t>Job Title (</w:t>
            </w:r>
            <w:r>
              <w:rPr>
                <w:b/>
                <w:sz w:val="23"/>
              </w:rPr>
              <w:t>previous job)</w:t>
            </w:r>
            <w:r>
              <w:br/>
              <w:t>Employer — Suburb, State</w:t>
            </w:r>
            <w:r>
              <w:br/>
              <w:t>Start Month Year – Present</w:t>
            </w:r>
          </w:p>
          <w:p w14:paraId="41BC553F" w14:textId="31153449" w:rsidR="000F0B67" w:rsidRDefault="00EB2257">
            <w:pPr>
              <w:pStyle w:val="ListBullet"/>
            </w:pPr>
            <w:r>
              <w:t xml:space="preserve">Shift manager after the first year as a crew member. </w:t>
            </w:r>
          </w:p>
          <w:p w14:paraId="711F36D0" w14:textId="77777777" w:rsidR="000F0B67" w:rsidRDefault="00000000">
            <w:pPr>
              <w:pStyle w:val="ListBullet"/>
            </w:pPr>
            <w:r>
              <w:t>Worked efficiently during busy periods</w:t>
            </w:r>
          </w:p>
          <w:p w14:paraId="5586BD1A" w14:textId="77777777" w:rsidR="000F0B67" w:rsidRDefault="00000000">
            <w:pPr>
              <w:pStyle w:val="ListBullet"/>
            </w:pPr>
            <w:r>
              <w:t>Maintained cleanliness and food safety standards</w:t>
            </w:r>
          </w:p>
          <w:p w14:paraId="2D116BE2" w14:textId="4E916EAB" w:rsidR="000F0B67" w:rsidRDefault="00000000">
            <w:pPr>
              <w:pStyle w:val="ListBullet"/>
            </w:pPr>
            <w:r>
              <w:t>Developed strong</w:t>
            </w:r>
            <w:r w:rsidR="000B1AFD">
              <w:t xml:space="preserve"> management and</w:t>
            </w:r>
            <w:r>
              <w:t xml:space="preserve"> communication skills</w:t>
            </w:r>
          </w:p>
          <w:p w14:paraId="106483FD" w14:textId="77777777" w:rsidR="000F0B67" w:rsidRDefault="00000000">
            <w:r>
              <w:rPr>
                <w:b/>
                <w:color w:val="1F2937"/>
                <w:sz w:val="26"/>
              </w:rPr>
              <w:t>EDUCATION</w:t>
            </w:r>
          </w:p>
          <w:p w14:paraId="7B282DF0" w14:textId="10A1F5C9" w:rsidR="000F0B67" w:rsidRDefault="00000000">
            <w:r>
              <w:rPr>
                <w:b/>
              </w:rPr>
              <w:t xml:space="preserve">Year </w:t>
            </w:r>
            <w:r w:rsidR="00991538">
              <w:rPr>
                <w:b/>
              </w:rPr>
              <w:t>12</w:t>
            </w:r>
            <w:r>
              <w:rPr>
                <w:b/>
              </w:rPr>
              <w:t xml:space="preserve"> Certificate</w:t>
            </w:r>
            <w:r>
              <w:br/>
            </w:r>
            <w:r w:rsidR="00991538">
              <w:t>Blacktown High School</w:t>
            </w:r>
            <w:r w:rsidR="00EB2257">
              <w:t xml:space="preserve"> </w:t>
            </w:r>
            <w:r>
              <w:t>— NSW</w:t>
            </w:r>
            <w:r>
              <w:br/>
              <w:t>Completed: 202</w:t>
            </w:r>
            <w:r w:rsidR="0011185A">
              <w:t>0</w:t>
            </w:r>
          </w:p>
          <w:p w14:paraId="3A706F24" w14:textId="27A7DE13" w:rsidR="001A2554" w:rsidRDefault="00885C84" w:rsidP="001A2554">
            <w:r w:rsidRPr="00885C84">
              <w:rPr>
                <w:b/>
              </w:rPr>
              <w:t>Certificate IV in Project Management Practice (BSB40920)</w:t>
            </w:r>
            <w:r w:rsidR="001A2554">
              <w:br/>
            </w:r>
            <w:r>
              <w:t>Tafe</w:t>
            </w:r>
            <w:r w:rsidR="001A2554">
              <w:t xml:space="preserve"> — NSW</w:t>
            </w:r>
            <w:r w:rsidR="001A2554">
              <w:br/>
              <w:t>Completed: 2</w:t>
            </w:r>
            <w:r>
              <w:t>024</w:t>
            </w:r>
          </w:p>
          <w:p w14:paraId="1575F1AA" w14:textId="4FEF449B" w:rsidR="00415845" w:rsidRDefault="00415845" w:rsidP="001A2554">
            <w:r>
              <w:t>Key Areas of Study:</w:t>
            </w:r>
          </w:p>
          <w:p w14:paraId="31A2EF24" w14:textId="0C0BD326" w:rsidR="000F0B67" w:rsidRDefault="002722D9">
            <w:r w:rsidRPr="002722D9">
              <w:t xml:space="preserve">• </w:t>
            </w:r>
            <w:r>
              <w:t xml:space="preserve"> </w:t>
            </w:r>
            <w:r w:rsidRPr="002722D9">
              <w:t>Project planning and scheduling</w:t>
            </w:r>
            <w:r w:rsidRPr="002722D9">
              <w:br/>
            </w:r>
            <w:proofErr w:type="gramStart"/>
            <w:r w:rsidRPr="002722D9">
              <w:t xml:space="preserve">• </w:t>
            </w:r>
            <w:r>
              <w:t xml:space="preserve"> </w:t>
            </w:r>
            <w:r w:rsidRPr="002722D9">
              <w:t>Risk</w:t>
            </w:r>
            <w:proofErr w:type="gramEnd"/>
            <w:r w:rsidRPr="002722D9">
              <w:t xml:space="preserve"> management</w:t>
            </w:r>
            <w:r w:rsidRPr="002722D9">
              <w:br/>
            </w:r>
            <w:proofErr w:type="gramStart"/>
            <w:r w:rsidRPr="002722D9">
              <w:t xml:space="preserve">• </w:t>
            </w:r>
            <w:r>
              <w:t xml:space="preserve"> </w:t>
            </w:r>
            <w:r w:rsidRPr="002722D9">
              <w:t>Stakeholder</w:t>
            </w:r>
            <w:proofErr w:type="gramEnd"/>
            <w:r w:rsidRPr="002722D9">
              <w:t xml:space="preserve"> engagement</w:t>
            </w:r>
            <w:r w:rsidRPr="002722D9">
              <w:br/>
            </w:r>
            <w:proofErr w:type="gramStart"/>
            <w:r w:rsidRPr="002722D9">
              <w:t>•</w:t>
            </w:r>
            <w:r>
              <w:t xml:space="preserve"> </w:t>
            </w:r>
            <w:r w:rsidRPr="002722D9">
              <w:t xml:space="preserve"> Team</w:t>
            </w:r>
            <w:proofErr w:type="gramEnd"/>
            <w:r w:rsidRPr="002722D9">
              <w:t xml:space="preserve"> coordination</w:t>
            </w:r>
            <w:r w:rsidRPr="002722D9">
              <w:br/>
            </w:r>
            <w:proofErr w:type="gramStart"/>
            <w:r w:rsidRPr="002722D9">
              <w:t>•</w:t>
            </w:r>
            <w:r>
              <w:t xml:space="preserve"> </w:t>
            </w:r>
            <w:r w:rsidRPr="002722D9">
              <w:t xml:space="preserve"> Project</w:t>
            </w:r>
            <w:proofErr w:type="gramEnd"/>
            <w:r w:rsidRPr="002722D9">
              <w:t xml:space="preserve"> documentation and reporting</w:t>
            </w:r>
          </w:p>
        </w:tc>
      </w:tr>
    </w:tbl>
    <w:p w14:paraId="39850022" w14:textId="77777777" w:rsidR="00AE487D" w:rsidRDefault="00AE487D"/>
    <w:sectPr w:rsidR="00AE487D" w:rsidSect="00034616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8151A2"/>
    <w:multiLevelType w:val="hybridMultilevel"/>
    <w:tmpl w:val="00EC98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D67DA2"/>
    <w:multiLevelType w:val="hybridMultilevel"/>
    <w:tmpl w:val="13C27F2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0964A7E"/>
    <w:multiLevelType w:val="hybridMultilevel"/>
    <w:tmpl w:val="21A03E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CC2CF5"/>
    <w:multiLevelType w:val="hybridMultilevel"/>
    <w:tmpl w:val="C8805C7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22703941">
    <w:abstractNumId w:val="8"/>
  </w:num>
  <w:num w:numId="2" w16cid:durableId="1432626741">
    <w:abstractNumId w:val="6"/>
  </w:num>
  <w:num w:numId="3" w16cid:durableId="103162464">
    <w:abstractNumId w:val="5"/>
  </w:num>
  <w:num w:numId="4" w16cid:durableId="1004894979">
    <w:abstractNumId w:val="4"/>
  </w:num>
  <w:num w:numId="5" w16cid:durableId="1478036193">
    <w:abstractNumId w:val="7"/>
  </w:num>
  <w:num w:numId="6" w16cid:durableId="321936841">
    <w:abstractNumId w:val="3"/>
  </w:num>
  <w:num w:numId="7" w16cid:durableId="1884050275">
    <w:abstractNumId w:val="2"/>
  </w:num>
  <w:num w:numId="8" w16cid:durableId="2051877926">
    <w:abstractNumId w:val="1"/>
  </w:num>
  <w:num w:numId="9" w16cid:durableId="1089078174">
    <w:abstractNumId w:val="0"/>
  </w:num>
  <w:num w:numId="10" w16cid:durableId="1364742983">
    <w:abstractNumId w:val="9"/>
  </w:num>
  <w:num w:numId="11" w16cid:durableId="830413315">
    <w:abstractNumId w:val="11"/>
  </w:num>
  <w:num w:numId="12" w16cid:durableId="2044212775">
    <w:abstractNumId w:val="12"/>
  </w:num>
  <w:num w:numId="13" w16cid:durableId="151376654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1AFD"/>
    <w:rsid w:val="000B74E6"/>
    <w:rsid w:val="000F0B67"/>
    <w:rsid w:val="0011185A"/>
    <w:rsid w:val="0015074B"/>
    <w:rsid w:val="001A2554"/>
    <w:rsid w:val="002722D9"/>
    <w:rsid w:val="0029639D"/>
    <w:rsid w:val="002C14DA"/>
    <w:rsid w:val="00326F90"/>
    <w:rsid w:val="00345B9C"/>
    <w:rsid w:val="00415845"/>
    <w:rsid w:val="00433616"/>
    <w:rsid w:val="00434F7A"/>
    <w:rsid w:val="00497FB3"/>
    <w:rsid w:val="006E08C3"/>
    <w:rsid w:val="007151B2"/>
    <w:rsid w:val="00730E24"/>
    <w:rsid w:val="00800373"/>
    <w:rsid w:val="00801B96"/>
    <w:rsid w:val="00885C84"/>
    <w:rsid w:val="00960863"/>
    <w:rsid w:val="00991538"/>
    <w:rsid w:val="009B798C"/>
    <w:rsid w:val="00A82E4A"/>
    <w:rsid w:val="00AA1D8D"/>
    <w:rsid w:val="00AE487D"/>
    <w:rsid w:val="00AF742D"/>
    <w:rsid w:val="00B43D0F"/>
    <w:rsid w:val="00B47730"/>
    <w:rsid w:val="00B835E6"/>
    <w:rsid w:val="00C460FD"/>
    <w:rsid w:val="00CB0664"/>
    <w:rsid w:val="00D73558"/>
    <w:rsid w:val="00DF6F2C"/>
    <w:rsid w:val="00EB2257"/>
    <w:rsid w:val="00F76DC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91FBCF0"/>
  <w14:defaultImageDpi w14:val="300"/>
  <w15:docId w15:val="{E091E13B-E030-4B48-AA6F-624BF4D59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eastAsia="Calibri" w:hAnsi="Calibri"/>
      <w:sz w:val="21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EB225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22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David Riddle</cp:lastModifiedBy>
  <cp:revision>28</cp:revision>
  <dcterms:created xsi:type="dcterms:W3CDTF">2013-12-23T23:15:00Z</dcterms:created>
  <dcterms:modified xsi:type="dcterms:W3CDTF">2026-06-12T12:36:00Z</dcterms:modified>
  <cp:category/>
</cp:coreProperties>
</file>